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游ゴシック" w:hAnsi="游ゴシック" w:eastAsia="游ゴシック"/>
          <w:b/>
          <w:color w:val="0B2545"/>
          <w:sz w:val="22"/>
        </w:rPr>
        <w:t>第72回 日本宇宙航空環境医学会大会</w:t>
      </w:r>
    </w:p>
    <w:p>
      <w:pPr>
        <w:spacing w:after="20" w:before="0"/>
        <w:jc w:val="center"/>
      </w:pPr>
      <w:r>
        <w:rPr>
          <w:rFonts w:ascii="游ゴシック" w:hAnsi="游ゴシック" w:eastAsia="游ゴシック"/>
          <w:b/>
          <w:color w:val="0B2545"/>
          <w:sz w:val="29"/>
        </w:rPr>
        <w:t>一般演題（ポスター発表） 抄録テンプレート</w:t>
      </w:r>
    </w:p>
    <w:p>
      <w:pPr>
        <w:spacing w:after="40" w:before="0"/>
        <w:jc w:val="center"/>
      </w:pPr>
      <w:r>
        <w:rPr>
          <w:rFonts w:ascii="游ゴシック" w:hAnsi="游ゴシック" w:eastAsia="游ゴシック"/>
          <w:b/>
          <w:color w:val="0B2545"/>
          <w:sz w:val="22"/>
        </w:rPr>
        <w:t>【分量：全角40文字 × 22行 以内】</w:t>
      </w:r>
    </w:p>
    <w:p>
      <w:pPr>
        <w:spacing w:after="160" w:before="0"/>
        <w:jc w:val="center"/>
      </w:pPr>
      <w:r>
        <w:rPr>
          <w:rFonts w:ascii="游ゴシック" w:hAnsi="游ゴシック" w:eastAsia="游ゴシック"/>
          <w:b w:val="0"/>
          <w:color w:val="777777"/>
          <w:sz w:val="18"/>
        </w:rPr>
        <w:t>会期：2026年12月3日（木）〜6日（日）　会場：J:COMホルトホール大分</w:t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ご記入にあたって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・本テンプレートに直接ご記入のうえ、Word形式（.docx）でご提出ください。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・分量は【タイトル・演者名・所属を含めて、全角40文字 × 22行以内】です（およそ880字）。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・1演題につき1ファイルでご提出ください。図表は原則ご遠慮ください。</w:t>
      </w:r>
    </w:p>
    <w:p>
      <w:pPr>
        <w:spacing w:after="40" w:before="0"/>
      </w:pPr>
      <w:r>
        <w:rPr>
          <w:rFonts w:ascii="游ゴシック" w:hAnsi="游ゴシック" w:eastAsia="游ゴシック"/>
          <w:b w:val="0"/>
          <w:sz w:val="19"/>
        </w:rPr>
        <w:t>・本大会の一般演題は、すべてポスター発表です。</w:t>
      </w:r>
    </w:p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演題情報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演題名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発表者氏名</w:t>
              <w:br/>
              <w:t>（筆頭演者に○）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所属</w:t>
              <w:br/>
              <w:t>（連名は番号で対応）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游ゴシック" w:hAnsi="游ゴシック" w:eastAsia="游ゴシック"/>
                <w:b/>
                <w:sz w:val="19"/>
              </w:rPr>
              <w:t>連絡先メールアドレス</w:t>
            </w:r>
          </w:p>
        </w:tc>
        <w:tc>
          <w:tcPr>
            <w:tcW w:type="dxa" w:w="7257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抄録本文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  <w:t>【目的】</w:t>
              <w:br/>
              <w:br/>
              <w:br/>
              <w:t>【方法】</w:t>
              <w:br/>
              <w:br/>
              <w:br/>
              <w:t>【結果】</w:t>
              <w:br/>
              <w:br/>
              <w:br/>
              <w:t>【結論】</w:t>
              <w:br/>
              <w:br/>
            </w:r>
          </w:p>
        </w:tc>
      </w:tr>
    </w:tbl>
    <w:p>
      <w:pPr>
        <w:spacing w:after="12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60" w:before="0"/>
      </w:pPr>
      <w:r>
        <w:rPr>
          <w:rFonts w:ascii="游ゴシック" w:hAnsi="游ゴシック" w:eastAsia="游ゴシック"/>
          <w:b/>
          <w:sz w:val="21"/>
        </w:rPr>
        <w:t>■ 利益相反（COI）の開示</w:t>
      </w:r>
    </w:p>
    <w:p>
      <w:pPr>
        <w:spacing w:after="60" w:before="0"/>
      </w:pPr>
      <w:r>
        <w:rPr>
          <w:rFonts w:ascii="游ゴシック" w:hAnsi="游ゴシック" w:eastAsia="游ゴシック"/>
          <w:b w:val="0"/>
          <w:sz w:val="19"/>
        </w:rPr>
        <w:t>本演題に関連し、開示すべき利益相反関係にある企業等は　□ ありません　／　□ あります（下欄にご記載ください）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rFonts w:ascii="游ゴシック" w:hAnsi="游ゴシック" w:eastAsia="游ゴシック"/>
                <w:b w:val="0"/>
                <w:sz w:val="20"/>
              </w:rPr>
              <w:br/>
            </w:r>
          </w:p>
        </w:tc>
      </w:tr>
    </w:tbl>
    <w:p>
      <w:pPr>
        <w:spacing w:after="160" w:before="0"/>
      </w:pPr>
      <w:r>
        <w:rPr>
          <w:rFonts w:ascii="游ゴシック" w:hAnsi="游ゴシック" w:eastAsia="游ゴシック"/>
          <w:b w:val="0"/>
          <w:sz w:val="21"/>
        </w:rPr>
      </w:r>
    </w:p>
    <w:p>
      <w:pPr>
        <w:spacing w:after="20" w:before="0"/>
      </w:pPr>
      <w:r>
        <w:rPr>
          <w:rFonts w:ascii="游ゴシック" w:hAnsi="游ゴシック" w:eastAsia="游ゴシック"/>
          <w:b w:val="0"/>
          <w:color w:val="777777"/>
          <w:sz w:val="17"/>
        </w:rPr>
        <w:t>※ 提出先・締切は大会公式サイト（https://jsasem72.com/）の「演題募集」ページをご確認ください。</w:t>
      </w:r>
    </w:p>
    <w:p>
      <w:pPr>
        <w:spacing w:after="0" w:before="0"/>
      </w:pPr>
      <w:r>
        <w:rPr>
          <w:rFonts w:ascii="游ゴシック" w:hAnsi="游ゴシック" w:eastAsia="游ゴシック"/>
          <w:b w:val="0"/>
          <w:color w:val="777777"/>
          <w:sz w:val="17"/>
        </w:rPr>
        <w:t>第72回 日本宇宙航空環境医学会大会 事務局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